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2F9E44"/>
          <w:sz w:val="44"/>
          <w:rtl w:val="1"/>
          <w:rFonts w:ascii="Arial" w:hAnsi="Arial" w:cs="Arial"/>
          <w:bCs/>
          <w:szCs w:val="44"/>
        </w:rPr>
        <w:t>דף צפייה: העלייה הראשונה והמושבות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5 · ציונות והיישוב · ❓ מה הפך את היישוב החדש לשונה מהיישוב הישן, ומה איפשר למושבות לשרוד?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מנהרת הזמן אל היישוב החדש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3:55 דקות · https://www.youtube.com/watch?v=VpiOng3lksg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עולי העלייה הראשונה היו כולם צעירים רווקים.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גם יהודים מתימן עלו בתקופה זו.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רוב עולי העלייה הראשונה התיישבו במושבות.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המושבות כמעט קרסו בשנים הראשונות.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היה שונה ברעיונות של היישוב החדש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מאילו ארצות הגיעו העולים ומה היה אופיים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מי היו הבילויים וחובבי ציון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קשיים פגשו המתיישבים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עשו הברון רוטשילד ויק״א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ההשוואה ליישוב הישן: השלימו שלושה הבדלים בטבלה.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הקשיים במושבות: איזה קושי נראה לכם הקשה ביותר? מדוע?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הברון ויק״א: מה המחיר של עזרה גדולה כל כך?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מאילו ארצות הגיעו רוב עולי העלייה הראשונה?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רוסיה, רומניה ותימן     ○ ב. גרמניה וצרפת     ○ ג. מרוקו ועיראק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איזו מחלה פגעה קשות במתיישבים?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שפעת     ○ ב. אבעבועות     ○ ג. קדחת (מלריה)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היה כינויו של הברון רוטשילד?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החוזה     ○ ב. הנדיב הידוע     ○ ג. אבי המושבות העבריות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ציינו שלושה הבדלים בין היישוב הישן ליישוב החדש.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הציגו שלושה קשיים של המתיישבים במושבות.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הסבירו את תרומתם של הברון רוטשילד ויק״א.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'הברון הציל את המושבות – אך גם יצר תלות'. הסבירו את הטענה.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האם עולי העלייה הראשונה היו 'יישוב ישן' או 'יישוב חדש'? נמקו בעזרת שני מאפיינים.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ג׳ · 🗺️ מפה משימה פעילה: מפת המושבות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כל זוג מקבל מפה אילמת של ארץ ישראל (קו חוף, כנרת, ים המלח, נהר הירדן, ערי הקודש) ורשימת מושבות עם שנת ייסוד: ראשון לציון (1882), זכרון יעקב (1882), ראש פינה (1882), פתח תקווה (חידוש 1883), יסוד המעלה (1883), נס ציונה (1883), עקרון/מזכרת בתיה (1883), גדרה (1884), רחובות (1890), חדרה (1891), מטולה (1896).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סמנו את המושבות על המפה בעזרת אטלס.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סמנו בצבע אחר את ארבע ערי הקודש.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זהו שלושה אזורים עיקריים שבהם התרכזו המושבות.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הסבירו מדוע המושבות הוקמו באזורים אלה ולא סביב ערי הקודש.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מה ייחד את היישוב החדש בהשוואה ליישוב הישן, והצג שני קשיים שעמדו בפני מתיישבי העלייה הראשונה ודרך אחת שבה התמודדו עמם.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העלייה הראשונה והמושבות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הייתה ביל״ו?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מה עשתה יק״א מ־1900?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5: ציונות והיישוב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