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b/>
          <w:color w:val="0C8599"/>
          <w:sz w:val="44"/>
          <w:rtl w:val="1"/>
          <w:rFonts w:ascii="Arial" w:hAnsi="Arial" w:cs="Arial"/>
          <w:bCs/>
          <w:szCs w:val="44"/>
        </w:rPr>
        <w:t>דף צפייה: המנדט הבריטי: הבטחה במבחן</w:t>
      </w:r>
    </w:p>
    <w:p>
      <w:pPr>
        <w:bidi w:val="1"/>
        <w:spacing w:after="60"/>
        <w:jc w:val="right"/>
      </w:pPr>
      <w:r>
        <w:rPr>
          <w:color w:val="495057"/>
          <w:sz w:val="26"/>
          <w:rtl w:val="1"/>
          <w:rFonts w:ascii="Arial" w:hAnsi="Arial" w:cs="Arial"/>
          <w:szCs w:val="26"/>
        </w:rPr>
        <w:t>יחידה 6 · מהמנדט למדינה · ❓ האם בריטניה קיימה את ההבטחה שקיבלה על עצמה בכתב המנדט כלפי העם היהודי?</w:t>
      </w:r>
    </w:p>
    <w:p>
      <w:pPr>
        <w:bidi w:val="1"/>
        <w:spacing w:after="60"/>
        <w:jc w:val="right"/>
      </w:pPr>
      <w:r>
        <w:rPr>
          <w:b/>
          <w:color w:val="1C7ED6"/>
          <w:sz w:val="24"/>
          <w:rtl w:val="1"/>
          <w:rFonts w:ascii="Arial" w:hAnsi="Arial" w:cs="Arial"/>
          <w:bCs/>
          <w:szCs w:val="24"/>
        </w:rPr>
        <w:t>🧑‍🎓 דף לתלמיד/ה</w:t>
      </w:r>
    </w:p>
    <w:p>
      <w:pPr>
        <w:bidi w:val="1"/>
        <w:spacing w:after="160"/>
        <w:jc w:val="right"/>
      </w:pPr>
      <w:r>
        <w:rPr>
          <w:b/>
          <w:sz w:val="24"/>
          <w:rtl w:val="1"/>
          <w:rFonts w:ascii="Arial" w:hAnsi="Arial" w:cs="Arial"/>
          <w:bCs/>
          <w:szCs w:val="24"/>
        </w:rPr>
        <w:t>שם: ________________   כיתה: ________   תאריך: 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4"/>
                <w:rtl w:val="1"/>
                <w:rFonts w:ascii="Arial" w:hAnsi="Arial" w:cs="Arial"/>
                <w:bCs/>
                <w:szCs w:val="24"/>
              </w:rPr>
              <w:t>▶ הסרטון: המנדט הבריטי- האם ההבטחה קוימה?</w:t>
            </w:r>
          </w:p>
          <w:p>
            <w:pPr>
              <w:bidi w:val="1"/>
              <w:jc w:val="right"/>
            </w:pPr>
            <w:r>
              <w:rPr>
                <w:sz w:val="20"/>
                <w:rtl w:val="1"/>
                <w:rFonts w:ascii="Arial" w:hAnsi="Arial" w:cs="Arial"/>
                <w:szCs w:val="20"/>
              </w:rPr>
              <w:t>⏱️ 3:16 דקות · https://www.youtube.com/watch?v=zViq6cEzcEo</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0C8599"/>
                <w:sz w:val="28"/>
                <w:rtl w:val="1"/>
                <w:rFonts w:ascii="Arial" w:hAnsi="Arial" w:cs="Arial"/>
                <w:bCs/>
                <w:szCs w:val="28"/>
              </w:rPr>
              <w:t>חלק א׳ · לפני הצפייה ובמהלכה</w:t>
            </w:r>
          </w:p>
        </w:tc>
      </w:tr>
    </w:tbl>
    <w:p>
      <w:pPr>
        <w:bidi w:val="1"/>
        <w:spacing w:after="60"/>
        <w:jc w:val="right"/>
      </w:pPr>
      <w:r>
        <w:rPr>
          <w:color w:val="495057"/>
          <w:sz w:val="22"/>
          <w:rtl w:val="1"/>
          <w:rFonts w:ascii="Arial" w:hAnsi="Arial" w:cs="Arial"/>
          <w:szCs w:val="22"/>
        </w:rPr>
        <w:t>🔮 לפני הצפייה סמנו: נכון / לא נכון / לא בטוח.</w:t>
      </w:r>
    </w:p>
    <w:p>
      <w:pPr>
        <w:bidi w:val="1"/>
        <w:spacing w:after="20"/>
        <w:jc w:val="right"/>
      </w:pPr>
      <w:r>
        <w:rPr>
          <w:sz w:val="22"/>
          <w:rtl w:val="1"/>
          <w:rFonts w:ascii="Arial" w:hAnsi="Arial" w:cs="Arial"/>
          <w:szCs w:val="22"/>
        </w:rPr>
        <w:t>1. מנדט הוא שלטון קבוע של מעצמה.   ○ נכון   ○ לא נכון   ○ לא בטוח/ה</w:t>
      </w:r>
    </w:p>
    <w:p>
      <w:pPr>
        <w:bidi w:val="1"/>
        <w:spacing w:after="20"/>
        <w:jc w:val="right"/>
      </w:pPr>
      <w:r>
        <w:rPr>
          <w:sz w:val="22"/>
          <w:rtl w:val="1"/>
          <w:rFonts w:ascii="Arial" w:hAnsi="Arial" w:cs="Arial"/>
          <w:szCs w:val="22"/>
        </w:rPr>
        <w:t>2. הצהרת בלפור נכללה בכתב המנדט.   ○ נכון   ○ לא נכון   ○ לא בטוח/ה</w:t>
      </w:r>
    </w:p>
    <w:p>
      <w:pPr>
        <w:bidi w:val="1"/>
        <w:spacing w:after="20"/>
        <w:jc w:val="right"/>
      </w:pPr>
      <w:r>
        <w:rPr>
          <w:sz w:val="22"/>
          <w:rtl w:val="1"/>
          <w:rFonts w:ascii="Arial" w:hAnsi="Arial" w:cs="Arial"/>
          <w:szCs w:val="22"/>
        </w:rPr>
        <w:t>3. בכל תקופת המנדט עודדו הבריטים עלייה יהודית.   ○ נכון   ○ לא נכון   ○ לא בטוח/ה</w:t>
      </w:r>
    </w:p>
    <w:p>
      <w:pPr>
        <w:bidi w:val="1"/>
        <w:spacing w:after="20"/>
        <w:jc w:val="right"/>
      </w:pPr>
      <w:r>
        <w:rPr>
          <w:sz w:val="22"/>
          <w:rtl w:val="1"/>
          <w:rFonts w:ascii="Arial" w:hAnsi="Arial" w:cs="Arial"/>
          <w:szCs w:val="22"/>
        </w:rPr>
        <w:t>4. הספר הלבן של 1939 הגביל עלייה ורכישת קרקע.   ○ נכון   ○ לא נכון   ○ לא בטוח/ה</w:t>
      </w:r>
    </w:p>
    <w:p>
      <w:pPr>
        <w:bidi w:val="1"/>
        <w:spacing w:after="60"/>
        <w:jc w:val="right"/>
      </w:pPr>
      <w:r>
        <w:rPr>
          <w:b/>
          <w:sz w:val="23"/>
          <w:rtl w:val="1"/>
          <w:rFonts w:ascii="Arial" w:hAnsi="Arial" w:cs="Arial"/>
          <w:bCs/>
          <w:szCs w:val="23"/>
        </w:rPr>
        <w:t>👀 במהלך הצפייה – שימו לב:</w:t>
      </w:r>
    </w:p>
    <w:p>
      <w:pPr>
        <w:bidi w:val="1"/>
        <w:spacing w:after="20"/>
        <w:jc w:val="right"/>
      </w:pPr>
      <w:r>
        <w:rPr>
          <w:sz w:val="22"/>
          <w:rtl w:val="1"/>
          <w:rFonts w:ascii="Arial" w:hAnsi="Arial" w:cs="Arial"/>
          <w:szCs w:val="22"/>
        </w:rPr>
        <w:t>• מהו מנדט ומי מעניק אותו</w:t>
      </w:r>
    </w:p>
    <w:p>
      <w:pPr>
        <w:bidi w:val="1"/>
        <w:spacing w:after="20"/>
        <w:jc w:val="right"/>
      </w:pPr>
      <w:r>
        <w:rPr>
          <w:sz w:val="22"/>
          <w:rtl w:val="1"/>
          <w:rFonts w:ascii="Arial" w:hAnsi="Arial" w:cs="Arial"/>
          <w:szCs w:val="22"/>
        </w:rPr>
        <w:t>• למה קיבלה בריטניה את המנדט על ארץ ישראל</w:t>
      </w:r>
    </w:p>
    <w:p>
      <w:pPr>
        <w:bidi w:val="1"/>
        <w:spacing w:after="20"/>
        <w:jc w:val="right"/>
      </w:pPr>
      <w:r>
        <w:rPr>
          <w:sz w:val="22"/>
          <w:rtl w:val="1"/>
          <w:rFonts w:ascii="Arial" w:hAnsi="Arial" w:cs="Arial"/>
          <w:szCs w:val="22"/>
        </w:rPr>
        <w:t>• מה היו 'שתי המשימות' של הבריטים</w:t>
      </w:r>
    </w:p>
    <w:p>
      <w:pPr>
        <w:bidi w:val="1"/>
        <w:spacing w:after="20"/>
        <w:jc w:val="right"/>
      </w:pPr>
      <w:r>
        <w:rPr>
          <w:sz w:val="22"/>
          <w:rtl w:val="1"/>
          <w:rFonts w:ascii="Arial" w:hAnsi="Arial" w:cs="Arial"/>
          <w:szCs w:val="22"/>
        </w:rPr>
        <w:t>• אילו דברים נבנו וצמחו בתקופת המנדט</w:t>
      </w:r>
    </w:p>
    <w:p>
      <w:pPr>
        <w:bidi w:val="1"/>
        <w:spacing w:after="20"/>
        <w:jc w:val="right"/>
      </w:pPr>
      <w:r>
        <w:rPr>
          <w:sz w:val="22"/>
          <w:rtl w:val="1"/>
          <w:rFonts w:ascii="Arial" w:hAnsi="Arial" w:cs="Arial"/>
          <w:szCs w:val="22"/>
        </w:rPr>
        <w:t>• מה היה 'התפנית' בסוף שנות ה־30</w:t>
      </w:r>
    </w:p>
    <w:p>
      <w:pPr>
        <w:bidi w:val="1"/>
        <w:spacing w:after="20"/>
        <w:jc w:val="right"/>
      </w:pPr>
      <w:r>
        <w:rPr>
          <w:b/>
          <w:sz w:val="23"/>
          <w:rtl w:val="1"/>
          <w:rFonts w:ascii="Arial" w:hAnsi="Arial" w:cs="Arial"/>
          <w:bCs/>
          <w:szCs w:val="23"/>
        </w:rPr>
        <w:t>1. ⏸️ אחרי הסבר המושג מנדט: מה ההבדל בין מנדט לבין כיבוש רגיל?</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 אחרי 'שתי המשימות': האם שתי המשימות יכולות להתנגש? איך?</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3. ⏸️ אחרי הספר הלבן: מדוע העיתוי של הספר הלבן היה קשה במיוחד?</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0C8599"/>
                <w:sz w:val="28"/>
                <w:rtl w:val="1"/>
                <w:rFonts w:ascii="Arial" w:hAnsi="Arial" w:cs="Arial"/>
                <w:bCs/>
                <w:szCs w:val="28"/>
              </w:rPr>
              <w:t>חלק ב׳ · אחרי הצפייה – שאלות ב־3 רמות</w:t>
            </w:r>
          </w:p>
        </w:tc>
      </w:tr>
    </w:tbl>
    <w:p>
      <w:pPr>
        <w:bidi w:val="1"/>
        <w:spacing w:after="60"/>
        <w:jc w:val="right"/>
      </w:pPr>
      <w:r>
        <w:rPr>
          <w:b/>
          <w:color w:val="2B8A3E"/>
          <w:sz w:val="24"/>
          <w:rtl w:val="1"/>
          <w:rFonts w:ascii="Arial" w:hAnsi="Arial" w:cs="Arial"/>
          <w:bCs/>
          <w:szCs w:val="24"/>
        </w:rPr>
        <w:t>🟢 תמיכה – הקיפו את התשובה הנכונה</w:t>
      </w:r>
    </w:p>
    <w:p>
      <w:pPr>
        <w:bidi w:val="1"/>
        <w:spacing w:after="20"/>
        <w:jc w:val="right"/>
      </w:pPr>
      <w:r>
        <w:rPr>
          <w:b/>
          <w:sz w:val="23"/>
          <w:rtl w:val="1"/>
          <w:rFonts w:ascii="Arial" w:hAnsi="Arial" w:cs="Arial"/>
          <w:bCs/>
          <w:szCs w:val="23"/>
        </w:rPr>
        <w:t>1. מי העניק לבריטניה את המנדט?</w:t>
      </w:r>
    </w:p>
    <w:p>
      <w:pPr>
        <w:bidi w:val="1"/>
        <w:spacing w:after="80"/>
        <w:jc w:val="right"/>
      </w:pPr>
      <w:r>
        <w:rPr>
          <w:sz w:val="22"/>
          <w:rtl w:val="1"/>
          <w:rFonts w:ascii="Arial" w:hAnsi="Arial" w:cs="Arial"/>
          <w:szCs w:val="22"/>
        </w:rPr>
        <w:t>○ א. האו״ם     ○ ב. חבר הלאומים     ○ ג. האימפריה העות׳מאנית</w:t>
      </w:r>
    </w:p>
    <w:p>
      <w:pPr>
        <w:bidi w:val="1"/>
        <w:spacing w:after="20"/>
        <w:jc w:val="right"/>
      </w:pPr>
      <w:r>
        <w:rPr>
          <w:b/>
          <w:sz w:val="23"/>
          <w:rtl w:val="1"/>
          <w:rFonts w:ascii="Arial" w:hAnsi="Arial" w:cs="Arial"/>
          <w:bCs/>
          <w:szCs w:val="23"/>
        </w:rPr>
        <w:t>2. מה ייחד את המנדט על ארץ ישראל?</w:t>
      </w:r>
    </w:p>
    <w:p>
      <w:pPr>
        <w:bidi w:val="1"/>
        <w:spacing w:after="80"/>
        <w:jc w:val="right"/>
      </w:pPr>
      <w:r>
        <w:rPr>
          <w:sz w:val="22"/>
          <w:rtl w:val="1"/>
          <w:rFonts w:ascii="Arial" w:hAnsi="Arial" w:cs="Arial"/>
          <w:szCs w:val="22"/>
        </w:rPr>
        <w:t>○ א. הוא כלל את הצהרת בלפור     ○ ב. הוא היה קבוע     ○ ג. הוא ניתן לצרפת</w:t>
      </w:r>
    </w:p>
    <w:p>
      <w:pPr>
        <w:bidi w:val="1"/>
        <w:spacing w:after="20"/>
        <w:jc w:val="right"/>
      </w:pPr>
      <w:r>
        <w:rPr>
          <w:b/>
          <w:sz w:val="23"/>
          <w:rtl w:val="1"/>
          <w:rFonts w:ascii="Arial" w:hAnsi="Arial" w:cs="Arial"/>
          <w:bCs/>
          <w:szCs w:val="23"/>
        </w:rPr>
        <w:t>3. מה קבע הספר הלבן 1939?</w:t>
      </w:r>
    </w:p>
    <w:p>
      <w:pPr>
        <w:bidi w:val="1"/>
        <w:spacing w:after="80"/>
        <w:jc w:val="right"/>
      </w:pPr>
      <w:r>
        <w:rPr>
          <w:sz w:val="22"/>
          <w:rtl w:val="1"/>
          <w:rFonts w:ascii="Arial" w:hAnsi="Arial" w:cs="Arial"/>
          <w:szCs w:val="22"/>
        </w:rPr>
        <w:t>○ א. עידוד עלייה ללא הגבלה     ○ ב. הקמת מדינה יהודית מיד     ○ ג. הגבלה חמורה של עלייה ורכישת קרקע</w:t>
      </w:r>
    </w:p>
    <w:p>
      <w:pPr>
        <w:bidi w:val="1"/>
        <w:spacing w:after="60"/>
        <w:jc w:val="right"/>
      </w:pPr>
      <w:r>
        <w:rPr>
          <w:b/>
          <w:color w:val="1C7ED6"/>
          <w:sz w:val="24"/>
          <w:rtl w:val="1"/>
          <w:rFonts w:ascii="Arial" w:hAnsi="Arial" w:cs="Arial"/>
          <w:bCs/>
          <w:szCs w:val="24"/>
        </w:rPr>
        <w:t>🔵 רגיל</w:t>
      </w:r>
    </w:p>
    <w:p>
      <w:pPr>
        <w:bidi w:val="1"/>
        <w:spacing w:after="20"/>
        <w:jc w:val="right"/>
      </w:pPr>
      <w:r>
        <w:rPr>
          <w:b/>
          <w:sz w:val="23"/>
          <w:rtl w:val="1"/>
          <w:rFonts w:ascii="Arial" w:hAnsi="Arial" w:cs="Arial"/>
          <w:bCs/>
          <w:szCs w:val="23"/>
        </w:rPr>
        <w:t>1. הסבירו מהו מנדט ומדוע קיבלה בריטניה את המנדט על ארץ ישראל.</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ציינו שלוש התפתחויות ביישוב בשנות המנדט הראשונות.</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3. הסבירו מדוע הספר הלבן נתפס כ'בגידה' בעיני היישוב.</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60"/>
        <w:jc w:val="right"/>
      </w:pPr>
      <w:r>
        <w:rPr>
          <w:b/>
          <w:color w:val="7048E8"/>
          <w:sz w:val="24"/>
          <w:rtl w:val="1"/>
          <w:rFonts w:ascii="Arial" w:hAnsi="Arial" w:cs="Arial"/>
          <w:bCs/>
          <w:szCs w:val="24"/>
        </w:rPr>
        <w:t>🟣 אתגר</w:t>
      </w:r>
    </w:p>
    <w:p>
      <w:pPr>
        <w:bidi w:val="1"/>
        <w:spacing w:after="20"/>
        <w:jc w:val="right"/>
      </w:pPr>
      <w:r>
        <w:rPr>
          <w:b/>
          <w:sz w:val="23"/>
          <w:rtl w:val="1"/>
          <w:rFonts w:ascii="Arial" w:hAnsi="Arial" w:cs="Arial"/>
          <w:bCs/>
          <w:szCs w:val="23"/>
        </w:rPr>
        <w:t>1. הסבירו מדוע 'שתי המשימות' של בריטניה יצרו מתח מובנה.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הכריעו: האם בריטניה קיימה את ההבטחה? הציגו טיעון לכל צד ונמקו את הכרעתכם.</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0C8599"/>
                <w:sz w:val="28"/>
                <w:rtl w:val="1"/>
                <w:rFonts w:ascii="Arial" w:hAnsi="Arial" w:cs="Arial"/>
                <w:bCs/>
                <w:szCs w:val="28"/>
              </w:rPr>
              <w:t>חלק ג׳ · ⚖️ דיון משימה פעילה: 'משפט בריטניה' – האם ההבטחה קוימה?</w:t>
            </w:r>
          </w:p>
        </w:tc>
      </w:tr>
    </w:tbl>
    <w:p>
      <w:pPr>
        <w:bidi w:val="1"/>
        <w:spacing w:after="60"/>
        <w:jc w:val="right"/>
      </w:pPr>
      <w:r>
        <w:rPr>
          <w:sz w:val="22"/>
          <w:rtl w:val="1"/>
          <w:rFonts w:ascii="Arial" w:hAnsi="Arial" w:cs="Arial"/>
          <w:szCs w:val="22"/>
        </w:rPr>
        <w:t>הכיתה מתחלקת לשלוש קבוצות: התביעה (נציגי היישוב), ההגנה (נציגי בריטניה) ושופטים. כל קבוצה קוראת את עיבוד הספר הלבן ומכינה טיעונים.</w:t>
      </w:r>
    </w:p>
    <w:tbl>
      <w:tblPr>
        <w:tblStyle w:val="TableGrid"/>
        <w:tblW w:type="auto" w:w="0"/>
        <w:tblLook w:firstColumn="1" w:firstRow="1" w:lastColumn="0" w:lastRow="0" w:noHBand="0" w:noVBand="1" w:val="04A0"/>
        <w:bidiVisual/>
      </w:tblPr>
      <w:tblGrid>
        <w:gridCol w:w="10206"/>
      </w:tblGrid>
      <w:tr>
        <w:tc>
          <w:tcPr>
            <w:tcW w:type="dxa" w:w="10206"/>
            <w:shd w:val="clear" w:color="auto" w:fill="FFF9DB"/>
          </w:tcPr>
          <w:p>
            <w:pPr>
              <w:bidi w:val="1"/>
              <w:jc w:val="right"/>
            </w:pPr>
            <w:r>
              <w:rPr>
                <w:b/>
                <w:color w:val="8A5A00"/>
                <w:sz w:val="19"/>
                <w:rtl w:val="1"/>
                <w:rFonts w:ascii="Arial" w:hAnsi="Arial" w:cs="Arial"/>
                <w:bCs/>
                <w:szCs w:val="19"/>
              </w:rPr>
              <w:t>מקור: עיבוד חופשי מתוך הספר הלבן הבריטי, מאי 1939</w:t>
            </w:r>
          </w:p>
          <w:p>
            <w:pPr>
              <w:bidi w:val="1"/>
              <w:jc w:val="right"/>
            </w:pPr>
            <w:r>
              <w:rPr>
                <w:sz w:val="22"/>
                <w:rtl w:val="1"/>
                <w:rFonts w:ascii="Arial" w:hAnsi="Arial" w:cs="Arial"/>
                <w:szCs w:val="22"/>
              </w:rPr>
              <w:t>ממשלת הוד מלכותו מצהירה שאין בכוונתה שארץ ישראל תהפוך למדינה יהודית. בחמש השנים הבאות יורשו להיכנס עד 75,000 עולים יהודים; לאחר מכן לא תותר עלייה יהודית אלא בהסכמת ערביי הארץ. הנציב העליון יוסמך להגביל או לאסור העברת קרקעות מערבים ליהודים באזורים מסוימים. בתוך עשר שנים מקווה הממשלה להקים מדינה עצמאית בארץ ישראל, שבה יחלקו ערבים ויהודים בשלטון.</w:t>
            </w:r>
          </w:p>
        </w:tc>
      </w:tr>
    </w:tbl>
    <w:p>
      <w:pPr>
        <w:bidi w:val="1"/>
        <w:spacing w:after="20"/>
        <w:jc w:val="right"/>
      </w:pPr>
      <w:r>
        <w:rPr>
          <w:b/>
          <w:sz w:val="23"/>
          <w:rtl w:val="1"/>
          <w:rFonts w:ascii="Arial" w:hAnsi="Arial" w:cs="Arial"/>
          <w:bCs/>
          <w:szCs w:val="23"/>
        </w:rPr>
        <w:t>1. סמנו במקור שלוש הוראות והסבירו כל אחת.</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התביעה: הכינו שלושה טיעונים שבריטניה הפרה את כתב המנדט.</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3. ההגנה: הכינו שלושה טיעונים שבריטניה פעלה לפי שתי משימותיה ונסיבות התקופה.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4. השופטים: הכינו שאלה לכל צד, שמעו את הדיון וכתבו 'פסק דין' מנומק.</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60"/>
        <w:jc w:val="right"/>
      </w:pPr>
      <w:r>
        <w:rPr>
          <w:b/>
          <w:sz w:val="24"/>
          <w:rtl w:val="1"/>
          <w:rFonts w:ascii="Arial" w:hAnsi="Arial" w:cs="Arial"/>
          <w:bCs/>
          <w:szCs w:val="24"/>
        </w:rPr>
        <w:t>🎓 שאלה בסגנון בגרות</w:t>
      </w:r>
    </w:p>
    <w:p>
      <w:pPr>
        <w:bidi w:val="1"/>
        <w:spacing w:after="20"/>
        <w:jc w:val="right"/>
      </w:pPr>
      <w:r>
        <w:rPr>
          <w:b/>
          <w:sz w:val="23"/>
          <w:rtl w:val="1"/>
          <w:rFonts w:ascii="Arial" w:hAnsi="Arial" w:cs="Arial"/>
          <w:bCs/>
          <w:szCs w:val="23"/>
        </w:rPr>
        <w:t>1. הסבר מה היה ייחודו של המנדט הבריטי על ארץ ישראל, והצג פעולה אחת של בריטניה שסייעה לבניית הבית הלאומי ופעולה אחת שפגעה בו.</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60"/>
        <w:jc w:val="center"/>
      </w:pPr>
      <w:r>
        <w:rPr>
          <w:color w:val="495057"/>
          <w:sz w:val="24"/>
          <w:rtl w:val="1"/>
          <w:rFonts w:ascii="Arial" w:hAnsi="Arial" w:cs="Arial"/>
          <w:szCs w:val="24"/>
        </w:rPr>
        <w:t>- - - - - - - - - - - - - - - ✂ - - - - - - - - - - - - - - -</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206"/>
      </w:tblGrid>
      <w:tr>
        <w:tc>
          <w:tcPr>
            <w:tcW w:type="dxa" w:w="10206"/>
            <w:shd w:val="clear" w:color="auto" w:fill="FFFFFF"/>
          </w:tcPr>
          <w:p>
            <w:pPr>
              <w:bidi w:val="1"/>
              <w:jc w:val="right"/>
            </w:pPr>
            <w:r>
              <w:rPr>
                <w:b/>
                <w:sz w:val="26"/>
                <w:rtl w:val="1"/>
                <w:rFonts w:ascii="Arial" w:hAnsi="Arial" w:cs="Arial"/>
                <w:bCs/>
                <w:szCs w:val="26"/>
              </w:rPr>
              <w:t>🎟️ כרטיס יציאה · המנדט הבריטי: הבטחה במבחן</w:t>
            </w:r>
          </w:p>
          <w:p>
            <w:pPr>
              <w:bidi w:val="1"/>
              <w:jc w:val="right"/>
            </w:pPr>
            <w:r>
              <w:rPr>
                <w:sz w:val="22"/>
                <w:rtl w:val="1"/>
                <w:rFonts w:ascii="Arial" w:hAnsi="Arial" w:cs="Arial"/>
                <w:szCs w:val="22"/>
              </w:rPr>
              <w:t>שם: ____________   כיתה: ______</w:t>
            </w:r>
          </w:p>
          <w:p>
            <w:pPr>
              <w:bidi w:val="1"/>
              <w:jc w:val="right"/>
            </w:pPr>
            <w:r>
              <w:rPr>
                <w:b/>
                <w:sz w:val="22"/>
                <w:rtl w:val="1"/>
                <w:rFonts w:ascii="Arial" w:hAnsi="Arial" w:cs="Arial"/>
                <w:bCs/>
                <w:szCs w:val="22"/>
              </w:rPr>
              <w:t>1. מה היו שתי המשימות של בריטניה לפי כתב המנדט?</w:t>
            </w:r>
          </w:p>
          <w:p>
            <w:pPr>
              <w:bidi w:val="1"/>
              <w:jc w:val="right"/>
            </w:pPr>
            <w:r>
              <w:rPr>
                <w:color w:val="999999"/>
                <w:sz w:val="22"/>
                <w:rtl w:val="1"/>
                <w:rFonts w:ascii="Arial" w:hAnsi="Arial" w:cs="Arial"/>
                <w:szCs w:val="22"/>
              </w:rPr>
              <w:t>_______________________________________________________</w:t>
            </w:r>
          </w:p>
          <w:p>
            <w:pPr>
              <w:bidi w:val="1"/>
              <w:jc w:val="right"/>
            </w:pPr>
            <w:r>
              <w:rPr>
                <w:b/>
                <w:sz w:val="22"/>
                <w:rtl w:val="1"/>
                <w:rFonts w:ascii="Arial" w:hAnsi="Arial" w:cs="Arial"/>
                <w:bCs/>
                <w:szCs w:val="22"/>
              </w:rPr>
              <w:t>2. ציינו הגבלה אחת בספר הלבן 1939.</w:t>
            </w:r>
          </w:p>
          <w:p>
            <w:pPr>
              <w:bidi w:val="1"/>
              <w:jc w:val="right"/>
            </w:pPr>
            <w:r>
              <w:rPr>
                <w:color w:val="999999"/>
                <w:sz w:val="22"/>
                <w:rtl w:val="1"/>
                <w:rFonts w:ascii="Arial" w:hAnsi="Arial" w:cs="Arial"/>
                <w:szCs w:val="22"/>
              </w:rPr>
              <w:t>_______________________________________________________</w:t>
            </w:r>
          </w:p>
        </w:tc>
      </w:tr>
    </w:tbl>
    <w:sectPr w:rsidR="00FC693F" w:rsidRPr="0006063C" w:rsidSect="00034616">
      <w:headerReference w:type="default" r:id="rId9"/>
      <w:footerReference w:type="default" r:id="rId10"/>
      <w:pgSz w:w="11906" w:h="16838"/>
      <w:pgMar w:top="850" w:right="850" w:bottom="850" w:left="85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color w:val="666666"/>
        <w:sz w:val="17"/>
        <w:rtl w:val="1"/>
        <w:rFonts w:ascii="Arial" w:hAnsi="Arial" w:cs="Arial"/>
        <w:szCs w:val="17"/>
      </w:rPr>
      <w:t>יצרה: רוית ראש בן ישי · 🎬 היסטוריה בסרטונים</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rPr>
        <w:color w:val="666666"/>
        <w:sz w:val="17"/>
        <w:rtl w:val="1"/>
        <w:rFonts w:ascii="Arial" w:hAnsi="Arial" w:cs="Arial"/>
        <w:szCs w:val="17"/>
      </w:rPr>
      <w:t>דף צפייה לתלמיד/ה · יחידה 6: מהמנדט למדינה</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